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B57"/>
          <w:sz w:val="40"/>
        </w:rPr>
        <w:t>Скрипт первого звонка</w:t>
      </w:r>
    </w:p>
    <w:p>
      <w:pPr>
        <w:spacing w:after="280"/>
        <w:jc w:val="center"/>
      </w:pPr>
      <w:r>
        <w:rPr>
          <w:sz w:val="23"/>
        </w:rPr>
        <w:t>Компания «Линия порядка» · регулярная уборка офисов</w:t>
      </w:r>
    </w:p>
    <w:p>
      <w:pPr>
        <w:pStyle w:val="Heading2"/>
      </w:pPr>
      <w:r>
        <w:rPr>
          <w:rFonts w:ascii="Calibri" w:hAnsi="Calibri"/>
          <w:color w:val="1F3B57"/>
        </w:rPr>
        <w:t>Карточка звонка</w:t>
      </w:r>
    </w:p>
    <w:p>
      <w:pPr>
        <w:spacing w:after="40"/>
      </w:pPr>
      <w:r>
        <w:rPr>
          <w:b/>
        </w:rPr>
        <w:t xml:space="preserve">Компания и услуга: </w:t>
      </w:r>
      <w:r>
        <w:t>«Линия порядка» — регулярная уборка офисов</w:t>
      </w:r>
    </w:p>
    <w:p>
      <w:pPr>
        <w:spacing w:after="40"/>
      </w:pPr>
      <w:r>
        <w:rPr>
          <w:b/>
        </w:rPr>
        <w:t xml:space="preserve">Кому звонят: </w:t>
      </w:r>
      <w:r>
        <w:t>Офис-менеджер небольшой юридической фирмы</w:t>
      </w:r>
    </w:p>
    <w:p>
      <w:pPr>
        <w:spacing w:after="40"/>
      </w:pPr>
      <w:r>
        <w:rPr>
          <w:b/>
        </w:rPr>
        <w:t xml:space="preserve">Известно до звонка: </w:t>
      </w:r>
      <w:r>
        <w:t>Уборку заказывают у частного исполнителя</w:t>
      </w:r>
    </w:p>
    <w:p>
      <w:pPr>
        <w:spacing w:after="40"/>
      </w:pPr>
      <w:r>
        <w:rPr>
          <w:b/>
        </w:rPr>
        <w:t xml:space="preserve">Подтвержденное условие: </w:t>
      </w:r>
      <w:r>
        <w:t>Офис 120 м², уборка два раза в неделю, 18 000 руб. в месяц, моющие средства входят в стоимость</w:t>
      </w:r>
    </w:p>
    <w:p>
      <w:pPr>
        <w:spacing w:after="40"/>
      </w:pPr>
      <w:r>
        <w:rPr>
          <w:b/>
        </w:rPr>
        <w:t xml:space="preserve">Важно: </w:t>
      </w:r>
      <w:r>
        <w:t>Пробной бесплатной уборки, скидок и гарантий нет</w:t>
      </w:r>
    </w:p>
    <w:p>
      <w:pPr>
        <w:spacing w:after="40"/>
      </w:pPr>
      <w:r>
        <w:rPr>
          <w:b/>
        </w:rPr>
        <w:t xml:space="preserve">Цель звонка: </w:t>
      </w:r>
      <w:r>
        <w:t>Получить согласие на отправку коммерческого предложения по электронной почте и уточнить адрес почты</w:t>
      </w:r>
    </w:p>
    <w:p>
      <w:pPr>
        <w:spacing w:after="40"/>
      </w:pPr>
      <w:r>
        <w:rPr>
          <w:b/>
        </w:rPr>
        <w:t xml:space="preserve">Тон: </w:t>
      </w:r>
      <w:r>
        <w:t>Спокойный деловой, без давления</w:t>
      </w:r>
    </w:p>
    <w:p>
      <w:pPr>
        <w:pStyle w:val="Heading1"/>
      </w:pPr>
      <w:r>
        <w:rPr>
          <w:rFonts w:ascii="Calibri" w:hAnsi="Calibri"/>
          <w:color w:val="1F3B57"/>
        </w:rPr>
        <w:t>1. Начало разговора и вопрос об удобстве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Добрый день! Меня зовут Анна, компания «Линия порядка», мы занимаемся регулярной уборкой офисов. Удобно ли вам сейчас уделить пару минут?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Спасибо. Я звоню по поводу уборки вашего офиса. Можно задать несколько коротких вопросов, чтобы понять, интересно ли вам наше предложение?</w:t>
      </w:r>
    </w:p>
    <w:p>
      <w:pPr>
        <w:spacing w:after="80"/>
      </w:pPr>
      <w:r>
        <w:rPr>
          <w:i/>
          <w:color w:val="595959"/>
          <w:sz w:val="19"/>
        </w:rPr>
        <w:t>Ремарка: Если клиент занят, переходите к реплике на возражение «Сейчас неудобно говорить» (раздел 4).</w:t>
      </w:r>
    </w:p>
    <w:p>
      <w:pPr>
        <w:pStyle w:val="Heading1"/>
      </w:pPr>
      <w:r>
        <w:rPr>
          <w:rFonts w:ascii="Calibri" w:hAnsi="Calibri"/>
          <w:color w:val="1F3B57"/>
        </w:rPr>
        <w:t>2. Вопросы о потребности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Скажите, пожалуйста, уборку офиса у вас сейчас кто-то выполняет регулярно?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Как часто нужна уборка и все ли устраивает в текущей работе?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Кто со стороны компании отвечает за вопросы уборки — вы или кто-то еще?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Если мы направим коммерческое предложение, на чье имя и на какой адрес электронной почты его лучше отправить?</w:t>
      </w:r>
    </w:p>
    <w:p>
      <w:pPr>
        <w:spacing w:after="80"/>
      </w:pPr>
      <w:r>
        <w:rPr>
          <w:i/>
          <w:color w:val="595959"/>
          <w:sz w:val="19"/>
        </w:rPr>
        <w:t>Ремарка: Анна слушает ответы и не приписывает клиенту сведения, которых он не сообщил. Вопрос о почте повторяется в конце, если собеседник не ответил сразу.</w:t>
      </w:r>
    </w:p>
    <w:p>
      <w:pPr>
        <w:pStyle w:val="Heading1"/>
      </w:pPr>
      <w:r>
        <w:rPr>
          <w:rFonts w:ascii="Calibri" w:hAnsi="Calibri"/>
          <w:color w:val="1F3B57"/>
        </w:rPr>
        <w:t>3. Короткое предложение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Спасибо за ответы. Коротко о нас: «Линия порядка» выполняет регулярную уборку офисов. Для офиса площадью 120 м² уборка два раза в неделю стоит 18 000 руб. в месяц, моющие средства входят в стоимость. Я могу отправить вам коммерческое предложение по электронной почте — оно поможет спокойно сравнить условия. На какой адрес его отправить?</w:t>
      </w:r>
    </w:p>
    <w:p>
      <w:pPr>
        <w:spacing w:after="80"/>
      </w:pPr>
      <w:r>
        <w:rPr>
          <w:i/>
          <w:color w:val="595959"/>
          <w:sz w:val="19"/>
        </w:rPr>
        <w:t>Ремарка: Не добавляйте условия, которых нет в подтвержденных данных: бесплатной пробной уборки, скидок и гарантий у нас нет, поэтому о них не говорим.</w:t>
      </w:r>
    </w:p>
    <w:p>
      <w:pPr>
        <w:pStyle w:val="Heading1"/>
      </w:pPr>
      <w:r>
        <w:rPr>
          <w:rFonts w:ascii="Calibri" w:hAnsi="Calibri"/>
          <w:color w:val="1F3B57"/>
        </w:rPr>
        <w:t>4. Ответы на возражения</w:t>
      </w:r>
    </w:p>
    <w:p>
      <w:r>
        <w:rPr>
          <w:b/>
        </w:rPr>
        <w:t>«У нас уже есть исполнитель»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Понимаю, спасибо, что сказали. Я не предлагаю сразу что-то менять. Могу отправить коммерческое предложение, чтобы у вас были наши условия на случай, если понадобится альтернатива. На какой адрес электронной почты его отправить?</w:t>
      </w:r>
    </w:p>
    <w:p>
      <w:pPr>
        <w:spacing w:after="80"/>
      </w:pPr>
      <w:r>
        <w:rPr>
          <w:i/>
          <w:color w:val="595959"/>
          <w:sz w:val="19"/>
        </w:rPr>
        <w:t>Ремарка: При продолжении: «Разрешите уточнить, что для вас важно в текущей уборке, — учту это в предложении».</w:t>
      </w:r>
    </w:p>
    <w:p>
      <w:r>
        <w:rPr>
          <w:b/>
        </w:rPr>
        <w:t>«Дорого»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Понимаю. Стоимость уборки офиса 120 м² два раза в неделю — 18 000 руб. в месяц, моющие средства уже входят. Скидок у нас нет, но я могу отправить предложение, чтобы вы могли сверить состав услуги и стоимость со своим текущим вариантом. На какой адрес его направить?</w:t>
      </w:r>
    </w:p>
    <w:p>
      <w:pPr>
        <w:spacing w:after="80"/>
      </w:pPr>
      <w:r>
        <w:rPr>
          <w:i/>
          <w:color w:val="595959"/>
          <w:sz w:val="19"/>
        </w:rPr>
        <w:t>Ремарка: Не обещайте скидку и не снижайте цену в разговоре.</w:t>
      </w:r>
    </w:p>
    <w:p>
      <w:r>
        <w:rPr>
          <w:b/>
        </w:rPr>
        <w:t>«Сейчас неудобно говорить»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Конечно, извините за беспокойство. Когда вам будет удобно, чтобы я перезвонила? Или, если проще, я отправлю коммерческое предложение на электронную почту, и вы посмотрите в удобное время. Какой адрес указать?</w:t>
      </w:r>
    </w:p>
    <w:p>
      <w:pPr>
        <w:spacing w:after="80"/>
      </w:pPr>
      <w:r>
        <w:rPr>
          <w:i/>
          <w:color w:val="595959"/>
          <w:sz w:val="19"/>
        </w:rPr>
        <w:t>Ремарка: Если клиент просит перезвонить позже, зафиксируйте предложенное им время, не навязывая свое. Если время не названо, вежливо завершите разговор.</w:t>
      </w:r>
    </w:p>
    <w:p>
      <w:pPr>
        <w:pStyle w:val="Heading1"/>
      </w:pPr>
      <w:r>
        <w:rPr>
          <w:rFonts w:ascii="Calibri" w:hAnsi="Calibri"/>
          <w:color w:val="1F3B57"/>
        </w:rPr>
        <w:t>5. Завершение разговора</w:t>
      </w:r>
    </w:p>
    <w:p>
      <w:r>
        <w:rPr>
          <w:b/>
        </w:rPr>
        <w:t>При согласии на отправку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Спасибо! Записала адрес: [адрес электронной почты, названный собеседником]. Отправлю коммерческое предложение по уборке офиса 120 м² с уборкой два раза в неделю за 18 000 руб. в месяц, моющие средства входят в стоимость. Можно уточнить, на чье имя его оформить?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Спасибо, {имя собеседника}. Всего доброго, до свидания!</w:t>
      </w:r>
    </w:p>
    <w:p>
      <w:pPr>
        <w:spacing w:after="80"/>
      </w:pPr>
      <w:r>
        <w:rPr>
          <w:i/>
          <w:color w:val="595959"/>
          <w:sz w:val="19"/>
        </w:rPr>
        <w:t>Ремарка: Адрес почты записывается только со слов собеседника; не подставляйте предполагаемые контакты.</w:t>
      </w:r>
    </w:p>
    <w:p>
      <w:r>
        <w:rPr>
          <w:b/>
        </w:rPr>
        <w:t>При отказе</w:t>
      </w:r>
    </w:p>
    <w:p>
      <w:pPr>
        <w:spacing w:after="80"/>
      </w:pPr>
      <w:r>
        <w:rPr>
          <w:b/>
          <w:color w:val="1F3B57"/>
        </w:rPr>
        <w:t xml:space="preserve">Анна: </w:t>
      </w:r>
      <w:r>
        <w:t>Понятно, спасибо, что уделили время. Не буду отвлекать. Если вопрос уборки офиса станет актуальным, будем рады помочь. Всего доброго, до свидания!</w:t>
      </w:r>
    </w:p>
    <w:p>
      <w:pPr>
        <w:spacing w:after="80"/>
      </w:pPr>
      <w:r>
        <w:rPr>
          <w:i/>
          <w:color w:val="595959"/>
          <w:sz w:val="19"/>
        </w:rPr>
        <w:t>Ремарка: Не уговаривайте и не повторяйте предложение после явного отказа. При просьбе не звонить больше — подтвердите, что учтете просьбу, и завершите разговор.</w:t>
      </w:r>
    </w:p>
    <w:p>
      <w:pPr>
        <w:pStyle w:val="Heading2"/>
      </w:pPr>
      <w:r>
        <w:rPr>
          <w:rFonts w:ascii="Calibri" w:hAnsi="Calibri"/>
          <w:color w:val="1F3B57"/>
        </w:rPr>
        <w:t>Памятка менеджеру</w:t>
      </w:r>
    </w:p>
    <w:p>
      <w:pPr>
        <w:pStyle w:val="ListBullet"/>
      </w:pPr>
      <w:r>
        <w:t>Представляйтесь как Анна из «Линии порядка» и соблюдайте спокойный деловой тон.</w:t>
      </w:r>
    </w:p>
    <w:p>
      <w:pPr>
        <w:pStyle w:val="ListBullet"/>
      </w:pPr>
      <w:r>
        <w:t>Называйте только подтвержденные цифры и условия: 120 м², два раза в неделю, 18 000 руб. в месяц, моющие средства включены.</w:t>
      </w:r>
    </w:p>
    <w:p>
      <w:pPr>
        <w:pStyle w:val="ListBullet"/>
      </w:pPr>
      <w:r>
        <w:t>Не обещайте бесплатную пробную уборку, скидки, гарантии, сроки и не придумывайте сведения о клиенте.</w:t>
      </w:r>
    </w:p>
    <w:p>
      <w:pPr>
        <w:pStyle w:val="ListBullet"/>
      </w:pPr>
      <w:r>
        <w:t>Главная цель — согласие на отправку коммерческого предложения и уточненный адрес электронной почты.</w:t>
      </w:r>
    </w:p>
    <w:p>
      <w:pPr>
        <w:pStyle w:val="ListBullet"/>
      </w:pPr>
      <w:r>
        <w:t>При отказе завершайте разговор вежливо, без давления.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